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280" w:line="274" w:lineRule="auto"/>
      </w:pPr>
      <w:r>
        <w:rPr>
          <w:rFonts w:ascii="Arial" w:hAnsi="Arial" w:eastAsia="Apple SD Gothic Neo" w:hint="eastAsia"/>
          <w:b/>
          <w:color w:val="245D9B"/>
          <w:sz w:val="18"/>
          <w:lang w:eastAsia="ko-KR"/>
        </w:rPr>
        <w:t>WORD PRACTICE FILE</w:t>
      </w:r>
    </w:p>
    <w:p>
      <w:pPr>
        <w:pStyle w:val="Title"/>
        <w:keepNext/>
        <w:spacing w:after="200"/>
      </w:pPr>
      <w:r>
        <w:rPr>
          <w:rFonts w:ascii="Arial" w:hAnsi="Arial" w:eastAsia="Apple SD Gothic Neo" w:hint="eastAsia"/>
          <w:b/>
          <w:color w:val="000000"/>
          <w:sz w:val="58"/>
          <w:lang w:eastAsia="ko-KR"/>
        </w:rPr>
        <w:t>페이지 번호 실습 문서</w:t>
      </w:r>
    </w:p>
    <w:p>
      <w:pPr>
        <w:spacing w:before="0" w:after="320" w:line="274" w:lineRule="auto"/>
      </w:pPr>
      <w:r>
        <w:rPr>
          <w:rFonts w:ascii="Arial" w:hAnsi="Arial" w:eastAsia="Apple SD Gothic Neo" w:hint="eastAsia"/>
          <w:b w:val="0"/>
          <w:color w:val="5D6B78"/>
          <w:sz w:val="30"/>
          <w:lang w:eastAsia="ko-KR"/>
        </w:rPr>
        <w:t>표지부터 본문 1쪽까지 구역별 번호 흐름 살펴보기</w:t>
      </w:r>
    </w:p>
    <w:p>
      <w:pPr>
        <w:spacing w:before="0" w:after="320" w:line="274" w:lineRule="auto"/>
      </w:pPr>
      <w:r>
        <w:rPr>
          <w:rFonts w:ascii="Arial" w:hAnsi="Arial" w:eastAsia="Apple SD Gothic Neo" w:hint="eastAsia"/>
          <w:b w:val="0"/>
          <w:color w:val="202A35"/>
          <w:sz w:val="22"/>
          <w:lang w:eastAsia="ko-KR"/>
        </w:rPr>
        <w:t>이 예제는 페이지 번호가 서로 다른 세 구역으로 구성되어 있습니다. 번호가 보이지 않는 표지, 로마 숫자 차례, 1부터 시작하는 본문을 차례로 확인하세요.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</w:tblPr>
      <w:tblGrid>
        <w:gridCol w:w="3182"/>
        <w:gridCol w:w="3182"/>
        <w:gridCol w:w="3182"/>
      </w:tblGrid>
      <w:tr>
        <w:tc>
          <w:tcPr>
            <w:tcW w:type="dxa" w:w="1224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245D9B" w:val="clear"/>
          </w:tcPr>
          <w:p>
            <w:r>
              <w:rPr>
                <w:rFonts w:ascii="Arial" w:hAnsi="Arial" w:eastAsia="Apple SD Gothic Neo" w:hint="eastAsia"/>
                <w:b/>
                <w:color w:val="FFFFFF"/>
                <w:sz w:val="19"/>
                <w:lang w:eastAsia="ko-KR"/>
              </w:rPr>
              <w:t>문서 쪽</w:t>
            </w:r>
          </w:p>
        </w:tc>
        <w:tc>
          <w:tcPr>
            <w:tcW w:type="dxa" w:w="5501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245D9B" w:val="clear"/>
          </w:tcPr>
          <w:p>
            <w:r>
              <w:rPr>
                <w:rFonts w:ascii="Arial" w:hAnsi="Arial" w:eastAsia="Apple SD Gothic Neo" w:hint="eastAsia"/>
                <w:b/>
                <w:color w:val="FFFFFF"/>
                <w:sz w:val="19"/>
                <w:lang w:eastAsia="ko-KR"/>
              </w:rPr>
              <w:t>내용</w:t>
            </w:r>
          </w:p>
        </w:tc>
        <w:tc>
          <w:tcPr>
            <w:tcW w:type="dxa" w:w="2232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245D9B" w:val="clear"/>
          </w:tcPr>
          <w:p>
            <w:r>
              <w:rPr>
                <w:rFonts w:ascii="Arial" w:hAnsi="Arial" w:eastAsia="Apple SD Gothic Neo" w:hint="eastAsia"/>
                <w:b/>
                <w:color w:val="FFFFFF"/>
                <w:sz w:val="19"/>
                <w:lang w:eastAsia="ko-KR"/>
              </w:rPr>
              <w:t>표시되는 번호</w:t>
            </w:r>
          </w:p>
        </w:tc>
      </w:tr>
      <w:tr>
        <w:tc>
          <w:tcPr>
            <w:tcW w:type="dxa" w:w="1224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FFFFFF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1</w:t>
            </w:r>
          </w:p>
        </w:tc>
        <w:tc>
          <w:tcPr>
            <w:tcW w:type="dxa" w:w="5501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FFFFFF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표지</w:t>
            </w:r>
          </w:p>
        </w:tc>
        <w:tc>
          <w:tcPr>
            <w:tcW w:type="dxa" w:w="2232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FFFFFF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없음</w:t>
            </w:r>
          </w:p>
        </w:tc>
      </w:tr>
      <w:tr>
        <w:tc>
          <w:tcPr>
            <w:tcW w:type="dxa" w:w="1224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EEF5FC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2</w:t>
            </w:r>
          </w:p>
        </w:tc>
        <w:tc>
          <w:tcPr>
            <w:tcW w:type="dxa" w:w="5501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EEF5FC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차례와 설정 메모</w:t>
            </w:r>
          </w:p>
        </w:tc>
        <w:tc>
          <w:tcPr>
            <w:tcW w:type="dxa" w:w="2232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EEF5FC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i</w:t>
            </w:r>
          </w:p>
        </w:tc>
      </w:tr>
      <w:tr>
        <w:tc>
          <w:tcPr>
            <w:tcW w:type="dxa" w:w="1224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FFFFFF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3</w:t>
            </w:r>
          </w:p>
        </w:tc>
        <w:tc>
          <w:tcPr>
            <w:tcW w:type="dxa" w:w="5501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FFFFFF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본문 실습</w:t>
            </w:r>
          </w:p>
        </w:tc>
        <w:tc>
          <w:tcPr>
            <w:tcW w:type="dxa" w:w="2232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FFFFFF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1</w:t>
            </w:r>
          </w:p>
        </w:tc>
      </w:tr>
    </w:tbl>
    <w:p>
      <w:pPr>
        <w:spacing w:before="260" w:after="240" w:line="274" w:lineRule="auto"/>
      </w:pPr>
      <w:r>
        <w:rPr>
          <w:rFonts w:ascii="Arial" w:hAnsi="Arial" w:eastAsia="Apple SD Gothic Neo" w:hint="eastAsia"/>
          <w:b w:val="0"/>
          <w:color w:val="5D6B78"/>
          <w:sz w:val="20"/>
          <w:lang w:eastAsia="ko-KR"/>
        </w:rPr>
        <w:t>이 파일을 복사해 본문을 늘려 보세요. 페이지가 하나 더 생기면 본문 번호도 자동으로 2, 3 순서로 이어져야 합니다.</w:t>
      </w:r>
    </w:p>
    <w:p>
      <w:pPr>
        <w:pStyle w:val="Heading2"/>
        <w:keepNext/>
        <w:spacing w:before="160" w:after="80"/>
      </w:pPr>
      <w:r>
        <w:rPr>
          <w:rFonts w:ascii="Arial" w:hAnsi="Arial" w:eastAsia="Apple SD Gothic Neo" w:hint="eastAsia"/>
          <w:b/>
          <w:color w:val="000000"/>
          <w:sz w:val="24"/>
          <w:lang w:eastAsia="ko-KR"/>
        </w:rPr>
        <w:t>연습할 때 확인할 것</w:t>
      </w:r>
    </w:p>
    <w:p>
      <w:pPr>
        <w:pStyle w:val="ListBullet"/>
        <w:spacing w:after="80" w:line="269" w:lineRule="auto"/>
        <w:ind w:left="346" w:hanging="202"/>
      </w:pPr>
      <w:r>
        <w:rPr>
          <w:rFonts w:ascii="Arial" w:hAnsi="Arial" w:eastAsia="Apple SD Gothic Neo" w:hint="eastAsia"/>
          <w:color w:val="202A35"/>
          <w:sz w:val="21"/>
          <w:lang w:eastAsia="ko-KR"/>
        </w:rPr>
        <w:t>페이지 번호가 직접 입력한 숫자가 아니라 Word의 자동 PAGE 필드인지 확인합니다.</w:t>
      </w:r>
    </w:p>
    <w:p>
      <w:pPr>
        <w:pStyle w:val="ListBullet"/>
        <w:spacing w:after="80" w:line="269" w:lineRule="auto"/>
        <w:ind w:left="346" w:hanging="202"/>
      </w:pPr>
      <w:r>
        <w:rPr>
          <w:rFonts w:ascii="Arial" w:hAnsi="Arial" w:eastAsia="Apple SD Gothic Neo" w:hint="eastAsia"/>
          <w:color w:val="202A35"/>
          <w:sz w:val="21"/>
          <w:lang w:eastAsia="ko-KR"/>
        </w:rPr>
        <w:t>차례 구역과 본문 구역의 번호 형식이 서로 다른지 확인합니다.</w:t>
      </w:r>
    </w:p>
    <w:p>
      <w:pPr>
        <w:pStyle w:val="ListBullet"/>
        <w:spacing w:after="80" w:line="269" w:lineRule="auto"/>
        <w:ind w:left="346" w:hanging="202"/>
      </w:pPr>
      <w:r>
        <w:rPr>
          <w:rFonts w:ascii="Arial" w:hAnsi="Arial" w:eastAsia="Apple SD Gothic Neo" w:hint="eastAsia"/>
          <w:color w:val="202A35"/>
          <w:sz w:val="21"/>
          <w:lang w:eastAsia="ko-KR"/>
        </w:rPr>
        <w:t>본문 첫 쪽이 1로 시작하면서 표지 번호는 계속 비어 있는지 확인합니다.</w:t>
      </w:r>
    </w:p>
    <w:p>
      <w:pPr>
        <w:spacing w:before="200" w:after="0" w:line="274" w:lineRule="auto"/>
      </w:pPr>
      <w:r>
        <w:rPr>
          <w:rFonts w:ascii="Arial" w:hAnsi="Arial" w:eastAsia="Apple SD Gothic Neo" w:hint="eastAsia"/>
          <w:b w:val="0"/>
          <w:color w:val="5D6B78"/>
          <w:sz w:val="18"/>
          <w:lang w:eastAsia="ko-KR"/>
        </w:rPr>
        <w:t>이 실습 파일은 세 페이지로 고정한 연습용 예시입니다. 사용자 문서의 페이지 수·문단·머리글은 파일을 열어 수정한 뒤 다시 확인하세요.</w:t>
      </w:r>
    </w:p>
    <w:p>
      <w:pPr>
        <w:sectPr>
          <w:pgSz w:w="11909" w:h="16834"/>
          <w:pgMar w:top="1123" w:right="1181" w:bottom="1037" w:left="1181" w:header="490" w:footer="504" w:gutter="0"/>
          <w:cols w:space="720"/>
          <w:docGrid w:linePitch="360"/>
        </w:sectPr>
      </w:pPr>
    </w:p>
    <w:p>
      <w:pPr>
        <w:spacing w:before="160" w:after="160" w:line="274" w:lineRule="auto"/>
      </w:pPr>
      <w:r>
        <w:rPr>
          <w:rFonts w:ascii="Arial" w:hAnsi="Arial" w:eastAsia="Apple SD Gothic Neo" w:hint="eastAsia"/>
          <w:b/>
          <w:color w:val="245D9B"/>
          <w:sz w:val="18"/>
          <w:lang w:eastAsia="ko-KR"/>
        </w:rPr>
        <w:t>SECTION 2 · FRONT MATTER</w:t>
      </w:r>
    </w:p>
    <w:p>
      <w:pPr>
        <w:pStyle w:val="Heading1"/>
        <w:keepNext/>
        <w:spacing w:before="40" w:after="160"/>
      </w:pPr>
      <w:r>
        <w:rPr>
          <w:rFonts w:ascii="Arial" w:hAnsi="Arial" w:eastAsia="Apple SD Gothic Neo" w:hint="eastAsia"/>
          <w:b/>
          <w:color w:val="000000"/>
          <w:sz w:val="36"/>
          <w:lang w:eastAsia="ko-KR"/>
        </w:rPr>
        <w:t>차례와 구역 설정 메모</w:t>
      </w:r>
    </w:p>
    <w:p>
      <w:pPr>
        <w:spacing w:before="0" w:after="240" w:line="274" w:lineRule="auto"/>
      </w:pPr>
      <w:r>
        <w:rPr>
          <w:rFonts w:ascii="Arial" w:hAnsi="Arial" w:eastAsia="Apple SD Gothic Neo" w:hint="eastAsia"/>
          <w:b w:val="0"/>
          <w:color w:val="202A35"/>
          <w:sz w:val="22"/>
          <w:lang w:eastAsia="ko-KR"/>
        </w:rPr>
        <w:t>이 페이지는 표지 뒤에 이어지는 앞부분 구역입니다. 바닥글의 로마 숫자 i는 PAGE 필드가 lowerRoman 형식으로 표시된 결과입니다.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</w:tblPr>
      <w:tblGrid>
        <w:gridCol w:w="4773"/>
        <w:gridCol w:w="4773"/>
      </w:tblGrid>
      <w:tr>
        <w:tc>
          <w:tcPr>
            <w:tcW w:type="dxa" w:w="2376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245D9B" w:val="clear"/>
          </w:tcPr>
          <w:p>
            <w:r>
              <w:rPr>
                <w:rFonts w:ascii="Arial" w:hAnsi="Arial" w:eastAsia="Apple SD Gothic Neo" w:hint="eastAsia"/>
                <w:b/>
                <w:color w:val="FFFFFF"/>
                <w:sz w:val="19"/>
                <w:lang w:eastAsia="ko-KR"/>
              </w:rPr>
              <w:t>구역</w:t>
            </w:r>
          </w:p>
        </w:tc>
        <w:tc>
          <w:tcPr>
            <w:tcW w:type="dxa" w:w="6581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245D9B" w:val="clear"/>
          </w:tcPr>
          <w:p>
            <w:r>
              <w:rPr>
                <w:rFonts w:ascii="Arial" w:hAnsi="Arial" w:eastAsia="Apple SD Gothic Neo" w:hint="eastAsia"/>
                <w:b/>
                <w:color w:val="FFFFFF"/>
                <w:sz w:val="19"/>
                <w:lang w:eastAsia="ko-KR"/>
              </w:rPr>
              <w:t>이 문서의 동작</w:t>
            </w:r>
          </w:p>
        </w:tc>
      </w:tr>
      <w:tr>
        <w:tc>
          <w:tcPr>
            <w:tcW w:type="dxa" w:w="2376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FFFFFF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구역 1 · 표지</w:t>
            </w:r>
          </w:p>
        </w:tc>
        <w:tc>
          <w:tcPr>
            <w:tcW w:type="dxa" w:w="6581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FFFFFF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쪽 번호 필드가 없습니다.</w:t>
            </w:r>
          </w:p>
        </w:tc>
      </w:tr>
      <w:tr>
        <w:tc>
          <w:tcPr>
            <w:tcW w:type="dxa" w:w="2376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EEF5FC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구역 2 · 차례</w:t>
            </w:r>
          </w:p>
        </w:tc>
        <w:tc>
          <w:tcPr>
            <w:tcW w:type="dxa" w:w="6581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EEF5FC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로마 숫자로 시작하며 이 쪽은 i입니다.</w:t>
            </w:r>
          </w:p>
        </w:tc>
      </w:tr>
      <w:tr>
        <w:tc>
          <w:tcPr>
            <w:tcW w:type="dxa" w:w="2376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FFFFFF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구역 3 · 본문</w:t>
            </w:r>
          </w:p>
        </w:tc>
        <w:tc>
          <w:tcPr>
            <w:tcW w:type="dxa" w:w="6581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FFFFFF" w:val="clear"/>
          </w:tcPr>
          <w:p>
            <w:pPr>
              <w:spacing w:after="0"/>
            </w:pPr>
            <w:r>
              <w:rPr>
                <w:rFonts w:ascii="Arial" w:hAnsi="Arial" w:eastAsia="Apple SD Gothic Neo" w:hint="eastAsia"/>
                <w:color w:val="202A35"/>
                <w:sz w:val="19"/>
                <w:lang w:eastAsia="ko-KR"/>
              </w:rPr>
              <w:t>이전 바닥글과 연결하지 않고 아라비아 숫자 1부터 시작합니다.</w:t>
            </w:r>
          </w:p>
        </w:tc>
      </w:tr>
    </w:tbl>
    <w:p>
      <w:pPr>
        <w:pStyle w:val="Heading2"/>
        <w:keepNext/>
        <w:spacing w:before="300" w:after="100"/>
      </w:pPr>
      <w:r>
        <w:rPr>
          <w:rFonts w:ascii="Arial" w:hAnsi="Arial" w:eastAsia="Apple SD Gothic Neo" w:hint="eastAsia"/>
          <w:b/>
          <w:color w:val="000000"/>
          <w:sz w:val="24"/>
          <w:lang w:eastAsia="ko-KR"/>
        </w:rPr>
        <w:t>Word에서 직접 확인하는 방법</w:t>
      </w:r>
    </w:p>
    <w:p>
      <w:pPr>
        <w:pStyle w:val="ListBullet"/>
        <w:spacing w:after="80" w:line="269" w:lineRule="auto"/>
        <w:ind w:left="346" w:hanging="202"/>
      </w:pPr>
      <w:r>
        <w:rPr>
          <w:rFonts w:ascii="Arial" w:hAnsi="Arial" w:eastAsia="Apple SD Gothic Neo" w:hint="eastAsia"/>
          <w:color w:val="202A35"/>
          <w:sz w:val="21"/>
          <w:lang w:eastAsia="ko-KR"/>
        </w:rPr>
        <w:t>홈 탭의 ¶ 표시를 켜 문서 경계의 구역 나누기를 찾습니다.</w:t>
      </w:r>
    </w:p>
    <w:p>
      <w:pPr>
        <w:pStyle w:val="ListBullet"/>
        <w:spacing w:after="80" w:line="269" w:lineRule="auto"/>
        <w:ind w:left="346" w:hanging="202"/>
      </w:pPr>
      <w:r>
        <w:rPr>
          <w:rFonts w:ascii="Arial" w:hAnsi="Arial" w:eastAsia="Apple SD Gothic Neo" w:hint="eastAsia"/>
          <w:color w:val="202A35"/>
          <w:sz w:val="21"/>
          <w:lang w:eastAsia="ko-KR"/>
        </w:rPr>
        <w:t>이 페이지의 바닥글을 열어 페이지 번호 필드와 로마 숫자 형식을 확인합니다.</w:t>
      </w:r>
    </w:p>
    <w:p>
      <w:pPr>
        <w:pStyle w:val="ListBullet"/>
        <w:spacing w:after="80" w:line="269" w:lineRule="auto"/>
        <w:ind w:left="346" w:hanging="202"/>
      </w:pPr>
      <w:r>
        <w:rPr>
          <w:rFonts w:ascii="Arial" w:hAnsi="Arial" w:eastAsia="Apple SD Gothic Neo" w:hint="eastAsia"/>
          <w:color w:val="202A35"/>
          <w:sz w:val="21"/>
          <w:lang w:eastAsia="ko-KR"/>
        </w:rPr>
        <w:t>본문 페이지의 바닥글에서는 이전과 연결이 해제되고 시작 번호가 1인지 확인합니다.</w:t>
      </w:r>
    </w:p>
    <w:p>
      <w:pPr>
        <w:spacing w:before="200" w:after="0" w:line="274" w:lineRule="auto"/>
      </w:pPr>
      <w:r>
        <w:rPr>
          <w:rFonts w:ascii="Arial" w:hAnsi="Arial" w:eastAsia="Apple SD Gothic Neo" w:hint="eastAsia"/>
          <w:b w:val="0"/>
          <w:color w:val="5D6B78"/>
          <w:sz w:val="20"/>
          <w:lang w:eastAsia="ko-KR"/>
        </w:rPr>
        <w:t>표지 다음 장을 1쪽으로만 표시하려는 경우에는 구역을 늘릴 필요가 없습니다. Microsoft Word에서는 첫 페이지를 다르게를 사용하고 페이지 번호 서식의 시작 값을 0으로 지정할 수 있습니다.</w:t>
      </w:r>
    </w:p>
    <w:p>
      <w:pPr>
        <w:sectPr>
          <w:footerReference w:type="default" r:id="rId9"/>
          <w:pgSz w:w="11909" w:h="16834"/>
          <w:pgMar w:top="1123" w:right="1181" w:bottom="1037" w:left="1181" w:header="490" w:footer="504" w:gutter="0"/>
          <w:pgNumType w:fmt="lowerRoman" w:start="1"/>
          <w:cols w:space="720"/>
          <w:docGrid w:linePitch="360"/>
        </w:sectPr>
      </w:pPr>
    </w:p>
    <w:p>
      <w:pPr>
        <w:spacing w:before="160" w:after="160" w:line="274" w:lineRule="auto"/>
      </w:pPr>
      <w:r>
        <w:rPr>
          <w:rFonts w:ascii="Arial" w:hAnsi="Arial" w:eastAsia="Apple SD Gothic Neo" w:hint="eastAsia"/>
          <w:b/>
          <w:color w:val="245D9B"/>
          <w:sz w:val="18"/>
          <w:lang w:eastAsia="ko-KR"/>
        </w:rPr>
        <w:t>SECTION 3 · MAIN BODY</w:t>
      </w:r>
    </w:p>
    <w:p>
      <w:pPr>
        <w:pStyle w:val="Heading1"/>
        <w:keepNext/>
        <w:spacing w:before="40" w:after="160"/>
      </w:pPr>
      <w:r>
        <w:rPr>
          <w:rFonts w:ascii="Arial" w:hAnsi="Arial" w:eastAsia="Apple SD Gothic Neo" w:hint="eastAsia"/>
          <w:b/>
          <w:color w:val="000000"/>
          <w:sz w:val="36"/>
          <w:lang w:eastAsia="ko-KR"/>
        </w:rPr>
        <w:t>본문 실습</w:t>
      </w:r>
    </w:p>
    <w:p>
      <w:pPr>
        <w:spacing w:before="0" w:after="200" w:line="274" w:lineRule="auto"/>
      </w:pPr>
      <w:r>
        <w:rPr>
          <w:rFonts w:ascii="Arial" w:hAnsi="Arial" w:eastAsia="Apple SD Gothic Neo" w:hint="eastAsia"/>
          <w:b w:val="0"/>
          <w:color w:val="202A35"/>
          <w:sz w:val="22"/>
          <w:lang w:eastAsia="ko-KR"/>
        </w:rPr>
        <w:t>이 문서의 본문 첫 페이지입니다. 아래쪽의 자동 쪽 번호가 1인지 먼저 확인합니다. 앞부분 마지막에 보인 로마 숫자와 본문 숫자가 달라지는 것은 서로 다른 구역에서 형식과 시작 번호를 지정했기 때문입니다.</w:t>
      </w:r>
    </w:p>
    <w:p>
      <w:pPr>
        <w:pStyle w:val="Heading2"/>
        <w:keepNext/>
        <w:spacing w:before="160" w:after="100"/>
      </w:pPr>
      <w:r>
        <w:rPr>
          <w:rFonts w:ascii="Arial" w:hAnsi="Arial" w:eastAsia="Apple SD Gothic Neo" w:hint="eastAsia"/>
          <w:b/>
          <w:color w:val="000000"/>
          <w:sz w:val="24"/>
          <w:lang w:eastAsia="ko-KR"/>
        </w:rPr>
        <w:t>직접 수정해 보는 순서</w:t>
      </w:r>
    </w:p>
    <w:p>
      <w:pPr>
        <w:pStyle w:val="ListBullet"/>
        <w:spacing w:after="80" w:line="269" w:lineRule="auto"/>
        <w:ind w:left="346" w:hanging="202"/>
      </w:pPr>
      <w:r>
        <w:rPr>
          <w:rFonts w:ascii="Arial" w:hAnsi="Arial" w:eastAsia="Apple SD Gothic Neo" w:hint="eastAsia"/>
          <w:color w:val="202A35"/>
          <w:sz w:val="21"/>
          <w:lang w:eastAsia="ko-KR"/>
        </w:rPr>
        <w:t>이 문서를 복사한 뒤 이 페이지 아래에 새 문단을 추가해 두 페이지로 늘립니다.</w:t>
      </w:r>
    </w:p>
    <w:p>
      <w:pPr>
        <w:pStyle w:val="ListBullet"/>
        <w:spacing w:after="80" w:line="269" w:lineRule="auto"/>
        <w:ind w:left="346" w:hanging="202"/>
      </w:pPr>
      <w:r>
        <w:rPr>
          <w:rFonts w:ascii="Arial" w:hAnsi="Arial" w:eastAsia="Apple SD Gothic Neo" w:hint="eastAsia"/>
          <w:color w:val="202A35"/>
          <w:sz w:val="21"/>
          <w:lang w:eastAsia="ko-KR"/>
        </w:rPr>
        <w:t>새 페이지의 쪽 번호가 자동으로 2가 되는지 확인합니다.</w:t>
      </w:r>
    </w:p>
    <w:p>
      <w:pPr>
        <w:pStyle w:val="ListBullet"/>
        <w:spacing w:after="80" w:line="269" w:lineRule="auto"/>
        <w:ind w:left="346" w:hanging="202"/>
      </w:pPr>
      <w:r>
        <w:rPr>
          <w:rFonts w:ascii="Arial" w:hAnsi="Arial" w:eastAsia="Apple SD Gothic Neo" w:hint="eastAsia"/>
          <w:color w:val="202A35"/>
          <w:sz w:val="21"/>
          <w:lang w:eastAsia="ko-KR"/>
        </w:rPr>
        <w:t>본문 첫 쪽 바닥글에서 이전과 연결을 끄고 시작 번호를 다른 값으로 바꿔 결과를 비교합니다.</w:t>
      </w:r>
    </w:p>
    <w:p>
      <w:pPr>
        <w:pStyle w:val="ListBullet"/>
        <w:spacing w:after="80" w:line="269" w:lineRule="auto"/>
        <w:ind w:left="346" w:hanging="202"/>
      </w:pPr>
      <w:r>
        <w:rPr>
          <w:rFonts w:ascii="Arial" w:hAnsi="Arial" w:eastAsia="Apple SD Gothic Neo" w:hint="eastAsia"/>
          <w:color w:val="202A35"/>
          <w:sz w:val="21"/>
          <w:lang w:eastAsia="ko-KR"/>
        </w:rPr>
        <w:t>차례 쪽 번호 형식은 그대로인지, 표지에는 숫자가 생기지 않았는지 확인합니다.</w:t>
      </w:r>
    </w:p>
    <w:p>
      <w:pPr>
        <w:pStyle w:val="Heading2"/>
        <w:keepNext/>
        <w:spacing w:before="240" w:after="100"/>
      </w:pPr>
      <w:r>
        <w:rPr>
          <w:rFonts w:ascii="Arial" w:hAnsi="Arial" w:eastAsia="Apple SD Gothic Neo" w:hint="eastAsia"/>
          <w:b/>
          <w:color w:val="000000"/>
          <w:sz w:val="24"/>
          <w:lang w:eastAsia="ko-KR"/>
        </w:rPr>
        <w:t>번호가 예상과 다를 때</w:t>
      </w:r>
    </w:p>
    <w:p>
      <w:pPr>
        <w:spacing w:before="0" w:after="0" w:line="274" w:lineRule="auto"/>
      </w:pPr>
      <w:r>
        <w:rPr>
          <w:rFonts w:ascii="Arial" w:hAnsi="Arial" w:eastAsia="Apple SD Gothic Neo" w:hint="eastAsia"/>
          <w:b w:val="0"/>
          <w:color w:val="202A35"/>
          <w:sz w:val="21"/>
          <w:lang w:eastAsia="ko-KR"/>
        </w:rPr>
        <w:t>본문 쪽이 앞부분 다음 숫자로 이어지면 본문 구역의 시작 번호를 확인합니다. 차례 숫자까지 함께 바뀌면 본문 바닥글의 이전과 연결이 꺼져 있는지 살핍니다. 페이지 앞에 빈 장이 생겼다면 페이지 나누기와 다음 페이지 구역 나누기를 중복으로 넣지 않았는지 ¶ 표시로 검토합니다.</w:t>
      </w:r>
    </w:p>
    <w:sectPr w:rsidR="00FC693F" w:rsidRPr="0006063C" w:rsidSect="00034616">
      <w:footerReference w:type="default" r:id="rId10"/>
      <w:pgSz w:w="11909" w:h="16834"/>
      <w:pgMar w:top="1123" w:right="1181" w:bottom="1037" w:left="1181" w:header="490" w:footer="504" w:gutter="0"/>
      <w:pgNumType w:fmt="decimal"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 w:eastAsia="Apple SD Gothic Neo" w:hint="eastAsia"/>
        <w:color w:val="5D6B78"/>
        <w:sz w:val="18"/>
        <w:lang w:eastAsia="ko-KR"/>
      </w:rPr>
      <w:t xml:space="preserve">실습 문서 · 앞부분 </w:t>
    </w:r>
    <w:fldSimple w:instr=" PAGE " w:dirty="true">
      <w:r>
        <w:rPr>
          <w:rFonts w:ascii="Arial" w:hAnsi="Arial" w:eastAsia="Apple SD Gothic Neo" w:hint="eastAsia"/>
          <w:color w:val="245D9B"/>
          <w:sz w:val="18"/>
          <w:lang w:eastAsia="ko-KR"/>
        </w:rPr>
        <w:t>i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 w:eastAsia="Apple SD Gothic Neo" w:hint="eastAsia"/>
        <w:color w:val="5D6B78"/>
        <w:sz w:val="18"/>
        <w:lang w:eastAsia="ko-KR"/>
      </w:rPr>
      <w:t xml:space="preserve">실습 문서 · 본문 </w:t>
    </w:r>
    <w:fldSimple w:instr=" PAGE " w:dirty="true">
      <w:r>
        <w:rPr>
          <w:rFonts w:ascii="Arial" w:hAnsi="Arial" w:eastAsia="Apple SD Gothic Neo" w:hint="eastAsia"/>
          <w:color w:val="245D9B"/>
          <w:sz w:val="18"/>
          <w:lang w:eastAsia="ko-KR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Arial" w:hAnsi="Arial" w:eastAsia="Apple SD Gothic Neo"/>
      <w:color w:val="202A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pple SD Gothic Neo" w:hint="eastAsia"/>
      <w:b/>
      <w:bCs/>
      <w:color w:val="000000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pple SD Gothic Neo" w:hint="eastAsia"/>
      <w:b/>
      <w:bCs/>
      <w:color w:val="000000"/>
      <w:sz w:val="26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pple SD Gothic Neo" w:hint="eastAsia"/>
      <w:b/>
      <w:bCs/>
      <w:color w:val="000000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pple SD Gothic Neo" w:hint="eastAsia"/>
      <w:color w:val="000000"/>
      <w:spacing w:val="5"/>
      <w:kern w:val="28"/>
      <w:sz w:val="52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pple SD Gothic Neo" w:hint="eastAsia"/>
      <w:i/>
      <w:iCs/>
      <w:color w:val="000000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페이지 번호 실습 문서</dc:title>
  <dc:subject>표지, 로마 숫자 차례, 본문 1쪽 번호 구역 확인</dc:subject>
  <dc:creator>Epix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